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0FBF91" w14:textId="77777777" w:rsidR="00CE75DD" w:rsidRDefault="00000000" w:rsidP="008E4F31">
      <w:pPr>
        <w:spacing w:after="0" w:line="240" w:lineRule="auto"/>
        <w:jc w:val="center"/>
      </w:pPr>
      <w:r>
        <w:rPr>
          <w:b/>
          <w:color w:val="1F4E79"/>
          <w:sz w:val="28"/>
        </w:rPr>
        <w:t>GÜMRÜK MUAYENE MEMURLARI DERNEĞİ</w:t>
      </w:r>
    </w:p>
    <w:p w14:paraId="083501B5" w14:textId="662BCE32" w:rsidR="00CE75DD" w:rsidRDefault="00000000" w:rsidP="008E4F31">
      <w:pPr>
        <w:spacing w:after="0" w:line="240" w:lineRule="auto"/>
        <w:jc w:val="center"/>
      </w:pPr>
      <w:r>
        <w:rPr>
          <w:b/>
          <w:color w:val="1F4E79"/>
          <w:sz w:val="26"/>
        </w:rPr>
        <w:t>ÜYELİK BAŞVURU FORMU</w:t>
      </w:r>
    </w:p>
    <w:p w14:paraId="748F4309" w14:textId="536A9EB9" w:rsidR="00CE75DD" w:rsidRDefault="00000000" w:rsidP="008E4F31">
      <w:pPr>
        <w:spacing w:after="0" w:line="240" w:lineRule="auto"/>
        <w:jc w:val="center"/>
      </w:pPr>
      <w:r>
        <w:rPr>
          <w:b/>
          <w:sz w:val="21"/>
        </w:rPr>
        <w:t>Gerçek Kişi</w:t>
      </w:r>
    </w:p>
    <w:tbl>
      <w:tblPr>
        <w:tblW w:w="0" w:type="auto"/>
        <w:jc w:val="center"/>
        <w:tblLook w:val="04A0" w:firstRow="1" w:lastRow="0" w:firstColumn="1" w:lastColumn="0" w:noHBand="0" w:noVBand="1"/>
      </w:tblPr>
      <w:tblGrid>
        <w:gridCol w:w="10490"/>
      </w:tblGrid>
      <w:tr w:rsidR="00CE75DD" w14:paraId="52EBCCD4" w14:textId="77777777" w:rsidTr="00345806">
        <w:trPr>
          <w:jc w:val="center"/>
        </w:trPr>
        <w:tc>
          <w:tcPr>
            <w:tcW w:w="10490" w:type="dxa"/>
            <w:tcBorders>
              <w:top w:val="single" w:sz="8" w:space="0" w:color="1F4E79"/>
              <w:left w:val="single" w:sz="8" w:space="0" w:color="1F4E79"/>
              <w:bottom w:val="single" w:sz="8" w:space="0" w:color="1F4E79"/>
              <w:right w:val="single" w:sz="8" w:space="0" w:color="1F4E79"/>
            </w:tcBorders>
            <w:shd w:val="clear" w:color="auto" w:fill="1F4E79"/>
          </w:tcPr>
          <w:p w14:paraId="370B98A5" w14:textId="300F04FB" w:rsidR="00CE75DD" w:rsidRDefault="00000000">
            <w:pPr>
              <w:spacing w:after="0"/>
            </w:pPr>
            <w:r>
              <w:rPr>
                <w:b/>
                <w:color w:val="FFFFFF"/>
                <w:sz w:val="21"/>
              </w:rPr>
              <w:t>A) TEMEL BİLGİLER</w:t>
            </w:r>
          </w:p>
        </w:tc>
      </w:tr>
    </w:tbl>
    <w:p w14:paraId="3B1DC785" w14:textId="77777777" w:rsidR="00CE75DD" w:rsidRDefault="00CE75DD">
      <w:pPr>
        <w:spacing w:after="40"/>
      </w:pPr>
    </w:p>
    <w:tbl>
      <w:tblPr>
        <w:tblW w:w="0" w:type="auto"/>
        <w:jc w:val="center"/>
        <w:tblLook w:val="04A0" w:firstRow="1" w:lastRow="0" w:firstColumn="1" w:lastColumn="0" w:noHBand="0" w:noVBand="1"/>
      </w:tblPr>
      <w:tblGrid>
        <w:gridCol w:w="4078"/>
        <w:gridCol w:w="6438"/>
      </w:tblGrid>
      <w:tr w:rsidR="00CE75DD" w14:paraId="2B9EEC26" w14:textId="77777777" w:rsidTr="00345806">
        <w:trPr>
          <w:trHeight w:val="359"/>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007BFF61" w14:textId="0AA54598" w:rsidR="00CE75DD" w:rsidRDefault="00000000">
            <w:r>
              <w:rPr>
                <w:b/>
                <w:sz w:val="19"/>
              </w:rPr>
              <w:t>T.C. Kimlik No</w:t>
            </w:r>
          </w:p>
        </w:tc>
        <w:tc>
          <w:tcPr>
            <w:tcW w:w="6438" w:type="dxa"/>
            <w:tcBorders>
              <w:top w:val="single" w:sz="4" w:space="0" w:color="A6A6A6"/>
              <w:left w:val="single" w:sz="4" w:space="0" w:color="A6A6A6"/>
              <w:bottom w:val="single" w:sz="4" w:space="0" w:color="A6A6A6"/>
              <w:right w:val="single" w:sz="4" w:space="0" w:color="A6A6A6"/>
            </w:tcBorders>
            <w:vAlign w:val="center"/>
          </w:tcPr>
          <w:p w14:paraId="3000D959" w14:textId="77777777" w:rsidR="00CE75DD" w:rsidRDefault="00000000">
            <w:r>
              <w:rPr>
                <w:sz w:val="19"/>
              </w:rPr>
              <w:t>........................................................................................</w:t>
            </w:r>
          </w:p>
        </w:tc>
      </w:tr>
      <w:tr w:rsidR="00CE75DD" w14:paraId="113E8FF5" w14:textId="77777777" w:rsidTr="00345806">
        <w:trPr>
          <w:trHeight w:val="350"/>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0AD6315B" w14:textId="1839820D" w:rsidR="00CE75DD" w:rsidRDefault="00000000">
            <w:r>
              <w:rPr>
                <w:b/>
                <w:sz w:val="19"/>
              </w:rPr>
              <w:t>Doğum Tarihi</w:t>
            </w:r>
          </w:p>
        </w:tc>
        <w:tc>
          <w:tcPr>
            <w:tcW w:w="6438" w:type="dxa"/>
            <w:tcBorders>
              <w:top w:val="single" w:sz="4" w:space="0" w:color="A6A6A6"/>
              <w:left w:val="single" w:sz="4" w:space="0" w:color="A6A6A6"/>
              <w:bottom w:val="single" w:sz="4" w:space="0" w:color="A6A6A6"/>
              <w:right w:val="single" w:sz="4" w:space="0" w:color="A6A6A6"/>
            </w:tcBorders>
            <w:vAlign w:val="center"/>
          </w:tcPr>
          <w:p w14:paraId="56302D16" w14:textId="77777777" w:rsidR="00CE75DD" w:rsidRDefault="00000000">
            <w:r>
              <w:rPr>
                <w:sz w:val="19"/>
              </w:rPr>
              <w:t>.... / .... / ........</w:t>
            </w:r>
          </w:p>
        </w:tc>
      </w:tr>
      <w:tr w:rsidR="00CE75DD" w14:paraId="7F857F25" w14:textId="77777777" w:rsidTr="00345806">
        <w:trPr>
          <w:trHeight w:val="359"/>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28255577" w14:textId="16062C5D" w:rsidR="00CE75DD" w:rsidRDefault="00000000">
            <w:r>
              <w:rPr>
                <w:b/>
                <w:sz w:val="19"/>
              </w:rPr>
              <w:t>Ad</w:t>
            </w:r>
          </w:p>
        </w:tc>
        <w:tc>
          <w:tcPr>
            <w:tcW w:w="6438" w:type="dxa"/>
            <w:tcBorders>
              <w:top w:val="single" w:sz="4" w:space="0" w:color="A6A6A6"/>
              <w:left w:val="single" w:sz="4" w:space="0" w:color="A6A6A6"/>
              <w:bottom w:val="single" w:sz="4" w:space="0" w:color="A6A6A6"/>
              <w:right w:val="single" w:sz="4" w:space="0" w:color="A6A6A6"/>
            </w:tcBorders>
            <w:vAlign w:val="center"/>
          </w:tcPr>
          <w:p w14:paraId="3B4C7732" w14:textId="77777777" w:rsidR="00CE75DD" w:rsidRDefault="00000000">
            <w:r>
              <w:rPr>
                <w:sz w:val="19"/>
              </w:rPr>
              <w:t>........................................................................................</w:t>
            </w:r>
          </w:p>
        </w:tc>
      </w:tr>
      <w:tr w:rsidR="00CE75DD" w14:paraId="7A78BCC1" w14:textId="77777777" w:rsidTr="00345806">
        <w:trPr>
          <w:trHeight w:val="359"/>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3F6BA14F" w14:textId="1904F414" w:rsidR="00CE75DD" w:rsidRDefault="00000000">
            <w:r>
              <w:rPr>
                <w:b/>
                <w:sz w:val="19"/>
              </w:rPr>
              <w:t>Soyad</w:t>
            </w:r>
          </w:p>
        </w:tc>
        <w:tc>
          <w:tcPr>
            <w:tcW w:w="6438" w:type="dxa"/>
            <w:tcBorders>
              <w:top w:val="single" w:sz="4" w:space="0" w:color="A6A6A6"/>
              <w:left w:val="single" w:sz="4" w:space="0" w:color="A6A6A6"/>
              <w:bottom w:val="single" w:sz="4" w:space="0" w:color="A6A6A6"/>
              <w:right w:val="single" w:sz="4" w:space="0" w:color="A6A6A6"/>
            </w:tcBorders>
            <w:vAlign w:val="center"/>
          </w:tcPr>
          <w:p w14:paraId="1F1818B6" w14:textId="77777777" w:rsidR="00CE75DD" w:rsidRDefault="00000000">
            <w:r>
              <w:rPr>
                <w:sz w:val="19"/>
              </w:rPr>
              <w:t>........................................................................................</w:t>
            </w:r>
          </w:p>
        </w:tc>
      </w:tr>
      <w:tr w:rsidR="00CE75DD" w14:paraId="70FD01A6" w14:textId="77777777" w:rsidTr="00345806">
        <w:trPr>
          <w:trHeight w:val="350"/>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04EE32A0" w14:textId="1F2DB33B" w:rsidR="00CE75DD" w:rsidRDefault="00000000">
            <w:r>
              <w:rPr>
                <w:b/>
                <w:sz w:val="19"/>
              </w:rPr>
              <w:t>Meslek</w:t>
            </w:r>
          </w:p>
        </w:tc>
        <w:tc>
          <w:tcPr>
            <w:tcW w:w="6438" w:type="dxa"/>
            <w:tcBorders>
              <w:top w:val="single" w:sz="4" w:space="0" w:color="A6A6A6"/>
              <w:left w:val="single" w:sz="4" w:space="0" w:color="A6A6A6"/>
              <w:bottom w:val="single" w:sz="4" w:space="0" w:color="A6A6A6"/>
              <w:right w:val="single" w:sz="4" w:space="0" w:color="A6A6A6"/>
            </w:tcBorders>
            <w:vAlign w:val="center"/>
          </w:tcPr>
          <w:p w14:paraId="4118D700" w14:textId="77777777" w:rsidR="00CE75DD" w:rsidRDefault="00000000">
            <w:r>
              <w:rPr>
                <w:sz w:val="19"/>
              </w:rPr>
              <w:t>........................................................................................</w:t>
            </w:r>
          </w:p>
        </w:tc>
      </w:tr>
      <w:tr w:rsidR="00CE75DD" w14:paraId="3F976E58" w14:textId="77777777" w:rsidTr="00345806">
        <w:trPr>
          <w:trHeight w:val="644"/>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353537AA" w14:textId="6A6D5EF8" w:rsidR="00CE75DD" w:rsidRDefault="00000000">
            <w:r>
              <w:rPr>
                <w:b/>
                <w:sz w:val="19"/>
              </w:rPr>
              <w:t>Öğrenim Durumu</w:t>
            </w:r>
          </w:p>
        </w:tc>
        <w:tc>
          <w:tcPr>
            <w:tcW w:w="6438" w:type="dxa"/>
            <w:tcBorders>
              <w:top w:val="single" w:sz="4" w:space="0" w:color="A6A6A6"/>
              <w:left w:val="single" w:sz="4" w:space="0" w:color="A6A6A6"/>
              <w:bottom w:val="single" w:sz="4" w:space="0" w:color="A6A6A6"/>
              <w:right w:val="single" w:sz="4" w:space="0" w:color="A6A6A6"/>
            </w:tcBorders>
            <w:vAlign w:val="center"/>
          </w:tcPr>
          <w:p w14:paraId="55A5400F" w14:textId="77777777" w:rsidR="00CE75DD" w:rsidRDefault="00000000">
            <w:proofErr w:type="gramStart"/>
            <w:r>
              <w:rPr>
                <w:sz w:val="19"/>
              </w:rPr>
              <w:t>[  ]</w:t>
            </w:r>
            <w:proofErr w:type="gramEnd"/>
            <w:r>
              <w:rPr>
                <w:sz w:val="19"/>
              </w:rPr>
              <w:t xml:space="preserve"> İlköğretim</w:t>
            </w:r>
            <w:proofErr w:type="gramStart"/>
            <w:r>
              <w:rPr>
                <w:sz w:val="19"/>
              </w:rPr>
              <w:t xml:space="preserve">   [  ]</w:t>
            </w:r>
            <w:proofErr w:type="gramEnd"/>
            <w:r>
              <w:rPr>
                <w:sz w:val="19"/>
              </w:rPr>
              <w:t xml:space="preserve"> Lise</w:t>
            </w:r>
            <w:proofErr w:type="gramStart"/>
            <w:r>
              <w:rPr>
                <w:sz w:val="19"/>
              </w:rPr>
              <w:t xml:space="preserve">   [  ]</w:t>
            </w:r>
            <w:proofErr w:type="gramEnd"/>
            <w:r>
              <w:rPr>
                <w:sz w:val="19"/>
              </w:rPr>
              <w:t xml:space="preserve"> Ön Lisans</w:t>
            </w:r>
            <w:proofErr w:type="gramStart"/>
            <w:r>
              <w:rPr>
                <w:sz w:val="19"/>
              </w:rPr>
              <w:t xml:space="preserve">   [  ]</w:t>
            </w:r>
            <w:proofErr w:type="gramEnd"/>
            <w:r>
              <w:rPr>
                <w:sz w:val="19"/>
              </w:rPr>
              <w:t xml:space="preserve"> Lisans</w:t>
            </w:r>
            <w:proofErr w:type="gramStart"/>
            <w:r>
              <w:rPr>
                <w:sz w:val="19"/>
              </w:rPr>
              <w:t xml:space="preserve">   [  ]</w:t>
            </w:r>
            <w:proofErr w:type="gramEnd"/>
            <w:r>
              <w:rPr>
                <w:sz w:val="19"/>
              </w:rPr>
              <w:t xml:space="preserve"> Yüksek Lisans</w:t>
            </w:r>
            <w:proofErr w:type="gramStart"/>
            <w:r>
              <w:rPr>
                <w:sz w:val="19"/>
              </w:rPr>
              <w:t xml:space="preserve">   [  ]</w:t>
            </w:r>
            <w:proofErr w:type="gramEnd"/>
            <w:r>
              <w:rPr>
                <w:sz w:val="19"/>
              </w:rPr>
              <w:t xml:space="preserve"> Doktora</w:t>
            </w:r>
          </w:p>
        </w:tc>
      </w:tr>
      <w:tr w:rsidR="00CE75DD" w14:paraId="00A5D307" w14:textId="77777777" w:rsidTr="00345806">
        <w:trPr>
          <w:trHeight w:val="359"/>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2F70F937" w14:textId="5B572D5F" w:rsidR="00CE75DD" w:rsidRDefault="00000000">
            <w:r>
              <w:rPr>
                <w:b/>
                <w:sz w:val="19"/>
              </w:rPr>
              <w:t>İletişim No</w:t>
            </w:r>
          </w:p>
        </w:tc>
        <w:tc>
          <w:tcPr>
            <w:tcW w:w="6438" w:type="dxa"/>
            <w:tcBorders>
              <w:top w:val="single" w:sz="4" w:space="0" w:color="A6A6A6"/>
              <w:left w:val="single" w:sz="4" w:space="0" w:color="A6A6A6"/>
              <w:bottom w:val="single" w:sz="4" w:space="0" w:color="A6A6A6"/>
              <w:right w:val="single" w:sz="4" w:space="0" w:color="A6A6A6"/>
            </w:tcBorders>
            <w:vAlign w:val="center"/>
          </w:tcPr>
          <w:p w14:paraId="1C158541" w14:textId="77777777" w:rsidR="00CE75DD" w:rsidRDefault="00000000">
            <w:r>
              <w:rPr>
                <w:sz w:val="19"/>
              </w:rPr>
              <w:t>( ...... ) ...... .. ..</w:t>
            </w:r>
          </w:p>
        </w:tc>
      </w:tr>
      <w:tr w:rsidR="00CE75DD" w14:paraId="4F5FD77D" w14:textId="77777777" w:rsidTr="00345806">
        <w:trPr>
          <w:trHeight w:val="359"/>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749D60CC" w14:textId="77777777" w:rsidR="00CE75DD" w:rsidRDefault="00000000">
            <w:r>
              <w:rPr>
                <w:b/>
                <w:sz w:val="19"/>
              </w:rPr>
              <w:t>E-posta</w:t>
            </w:r>
          </w:p>
        </w:tc>
        <w:tc>
          <w:tcPr>
            <w:tcW w:w="6438" w:type="dxa"/>
            <w:tcBorders>
              <w:top w:val="single" w:sz="4" w:space="0" w:color="A6A6A6"/>
              <w:left w:val="single" w:sz="4" w:space="0" w:color="A6A6A6"/>
              <w:bottom w:val="single" w:sz="4" w:space="0" w:color="A6A6A6"/>
              <w:right w:val="single" w:sz="4" w:space="0" w:color="A6A6A6"/>
            </w:tcBorders>
            <w:vAlign w:val="center"/>
          </w:tcPr>
          <w:p w14:paraId="54976739" w14:textId="77777777" w:rsidR="00CE75DD" w:rsidRDefault="00000000">
            <w:r>
              <w:rPr>
                <w:sz w:val="19"/>
              </w:rPr>
              <w:t>........................................................................................</w:t>
            </w:r>
          </w:p>
        </w:tc>
      </w:tr>
      <w:tr w:rsidR="00CE75DD" w14:paraId="3B2EDED4" w14:textId="77777777" w:rsidTr="00345806">
        <w:trPr>
          <w:trHeight w:val="350"/>
          <w:jc w:val="center"/>
        </w:trPr>
        <w:tc>
          <w:tcPr>
            <w:tcW w:w="4078" w:type="dxa"/>
            <w:tcBorders>
              <w:top w:val="single" w:sz="4" w:space="0" w:color="A6A6A6"/>
              <w:left w:val="single" w:sz="4" w:space="0" w:color="A6A6A6"/>
              <w:bottom w:val="single" w:sz="4" w:space="0" w:color="A6A6A6"/>
              <w:right w:val="single" w:sz="4" w:space="0" w:color="A6A6A6"/>
            </w:tcBorders>
            <w:shd w:val="clear" w:color="auto" w:fill="EAF2F8"/>
            <w:vAlign w:val="center"/>
          </w:tcPr>
          <w:p w14:paraId="2ADAB1D3" w14:textId="2552BD45" w:rsidR="00CE75DD" w:rsidRDefault="001F14CD">
            <w:r>
              <w:rPr>
                <w:b/>
                <w:sz w:val="19"/>
              </w:rPr>
              <w:t xml:space="preserve">Banka IBAN </w:t>
            </w:r>
            <w:proofErr w:type="spellStart"/>
            <w:r>
              <w:rPr>
                <w:b/>
                <w:sz w:val="19"/>
              </w:rPr>
              <w:t>Bilgileri</w:t>
            </w:r>
            <w:proofErr w:type="spellEnd"/>
            <w:r>
              <w:rPr>
                <w:b/>
                <w:sz w:val="19"/>
              </w:rPr>
              <w:t xml:space="preserve"> (Vakıfbank)</w:t>
            </w:r>
          </w:p>
        </w:tc>
        <w:tc>
          <w:tcPr>
            <w:tcW w:w="6438" w:type="dxa"/>
            <w:tcBorders>
              <w:top w:val="single" w:sz="4" w:space="0" w:color="A6A6A6"/>
              <w:left w:val="single" w:sz="4" w:space="0" w:color="A6A6A6"/>
              <w:bottom w:val="single" w:sz="4" w:space="0" w:color="A6A6A6"/>
              <w:right w:val="single" w:sz="4" w:space="0" w:color="A6A6A6"/>
            </w:tcBorders>
            <w:vAlign w:val="center"/>
          </w:tcPr>
          <w:p w14:paraId="22E4B635" w14:textId="77777777" w:rsidR="00CE75DD" w:rsidRDefault="00000000">
            <w:r>
              <w:rPr>
                <w:sz w:val="19"/>
              </w:rPr>
              <w:t>........................................................................................</w:t>
            </w:r>
          </w:p>
        </w:tc>
      </w:tr>
    </w:tbl>
    <w:p w14:paraId="1027411D" w14:textId="77777777" w:rsidR="00CE75DD" w:rsidRDefault="00CE75DD">
      <w:pPr>
        <w:spacing w:after="40"/>
      </w:pPr>
    </w:p>
    <w:tbl>
      <w:tblPr>
        <w:tblW w:w="0" w:type="auto"/>
        <w:jc w:val="center"/>
        <w:tblLook w:val="04A0" w:firstRow="1" w:lastRow="0" w:firstColumn="1" w:lastColumn="0" w:noHBand="0" w:noVBand="1"/>
      </w:tblPr>
      <w:tblGrid>
        <w:gridCol w:w="10490"/>
      </w:tblGrid>
      <w:tr w:rsidR="00CE75DD" w14:paraId="345601BD" w14:textId="77777777" w:rsidTr="00345806">
        <w:trPr>
          <w:jc w:val="center"/>
        </w:trPr>
        <w:tc>
          <w:tcPr>
            <w:tcW w:w="10490" w:type="dxa"/>
            <w:tcBorders>
              <w:top w:val="single" w:sz="8" w:space="0" w:color="1F4E79"/>
              <w:left w:val="single" w:sz="8" w:space="0" w:color="1F4E79"/>
              <w:bottom w:val="single" w:sz="8" w:space="0" w:color="1F4E79"/>
              <w:right w:val="single" w:sz="8" w:space="0" w:color="1F4E79"/>
            </w:tcBorders>
            <w:shd w:val="clear" w:color="auto" w:fill="1F4E79"/>
          </w:tcPr>
          <w:p w14:paraId="1F239D4B" w14:textId="77777777" w:rsidR="00CE75DD" w:rsidRDefault="00000000">
            <w:pPr>
              <w:spacing w:after="0"/>
            </w:pPr>
            <w:r>
              <w:rPr>
                <w:b/>
                <w:color w:val="FFFFFF"/>
                <w:sz w:val="21"/>
              </w:rPr>
              <w:t>B) ÜYELİK BAŞVURU BEYANI</w:t>
            </w:r>
          </w:p>
        </w:tc>
      </w:tr>
    </w:tbl>
    <w:p w14:paraId="6C28766D" w14:textId="77777777" w:rsidR="00CE75DD" w:rsidRDefault="00000000">
      <w:pPr>
        <w:spacing w:after="140"/>
        <w:jc w:val="both"/>
      </w:pPr>
      <w:proofErr w:type="spellStart"/>
      <w:r>
        <w:t>Gümrük</w:t>
      </w:r>
      <w:proofErr w:type="spellEnd"/>
      <w:r>
        <w:t xml:space="preserve"> </w:t>
      </w:r>
      <w:proofErr w:type="spellStart"/>
      <w:r>
        <w:t>Muayene</w:t>
      </w:r>
      <w:proofErr w:type="spellEnd"/>
      <w:r>
        <w:t xml:space="preserve"> </w:t>
      </w:r>
      <w:proofErr w:type="spellStart"/>
      <w:r>
        <w:t>Memurları</w:t>
      </w:r>
      <w:proofErr w:type="spellEnd"/>
      <w:r>
        <w:t xml:space="preserve"> </w:t>
      </w:r>
      <w:proofErr w:type="spellStart"/>
      <w:r>
        <w:t>Derneği</w:t>
      </w:r>
      <w:proofErr w:type="spellEnd"/>
      <w:r>
        <w:t xml:space="preserve"> </w:t>
      </w:r>
      <w:proofErr w:type="spellStart"/>
      <w:r>
        <w:t>tüzüğünü</w:t>
      </w:r>
      <w:proofErr w:type="spellEnd"/>
      <w:r>
        <w:t xml:space="preserve"> okudum. Derneğin amaçlarını, faaliyet konularını, üyelik şartlarını, üyelerin hak ve yükümlülüklerini kabul ediyorum. Derneğe üye olmama engel yasal bir durumum bulunmadığını, bu formda beyan ettiğim bilgilerin doğru olduğunu, üyeliğe kabul edilmem halinde dernek tüzüğüne, genel kurul ve yönetim kurulu kararlarına, aidat yükümlülüğüne ve yürürlükteki mevzuata uygun hareket edeceğimi kabul ve taahhüt ederim. Gümrük Muayene </w:t>
      </w:r>
      <w:proofErr w:type="spellStart"/>
      <w:r>
        <w:t>Memurları</w:t>
      </w:r>
      <w:proofErr w:type="spellEnd"/>
      <w:r>
        <w:t xml:space="preserve"> </w:t>
      </w:r>
      <w:proofErr w:type="spellStart"/>
      <w:r>
        <w:t>Derneğine</w:t>
      </w:r>
      <w:proofErr w:type="spellEnd"/>
      <w:r>
        <w:t xml:space="preserve"> </w:t>
      </w:r>
      <w:proofErr w:type="spellStart"/>
      <w:r>
        <w:t>üye</w:t>
      </w:r>
      <w:proofErr w:type="spellEnd"/>
      <w:r>
        <w:t xml:space="preserve"> </w:t>
      </w:r>
      <w:proofErr w:type="spellStart"/>
      <w:r>
        <w:t>olarak</w:t>
      </w:r>
      <w:proofErr w:type="spellEnd"/>
      <w:r>
        <w:t xml:space="preserve"> </w:t>
      </w:r>
      <w:proofErr w:type="spellStart"/>
      <w:r>
        <w:t>kabulümü</w:t>
      </w:r>
      <w:proofErr w:type="spellEnd"/>
      <w:r>
        <w:t xml:space="preserve"> </w:t>
      </w:r>
      <w:proofErr w:type="spellStart"/>
      <w:r>
        <w:t>arz</w:t>
      </w:r>
      <w:proofErr w:type="spellEnd"/>
      <w:r>
        <w:t xml:space="preserve"> </w:t>
      </w:r>
      <w:proofErr w:type="spellStart"/>
      <w:r>
        <w:t>ederim</w:t>
      </w:r>
      <w:proofErr w:type="spellEnd"/>
      <w:r>
        <w:t>.</w:t>
      </w:r>
    </w:p>
    <w:p w14:paraId="04A22342" w14:textId="77777777" w:rsidR="00345806" w:rsidRDefault="00345806">
      <w:pPr>
        <w:spacing w:after="140"/>
        <w:jc w:val="both"/>
      </w:pPr>
    </w:p>
    <w:tbl>
      <w:tblPr>
        <w:tblW w:w="0" w:type="auto"/>
        <w:jc w:val="center"/>
        <w:tblLook w:val="04A0" w:firstRow="1" w:lastRow="0" w:firstColumn="1" w:lastColumn="0" w:noHBand="0" w:noVBand="1"/>
      </w:tblPr>
      <w:tblGrid>
        <w:gridCol w:w="2948"/>
        <w:gridCol w:w="2948"/>
        <w:gridCol w:w="4530"/>
      </w:tblGrid>
      <w:tr w:rsidR="00CE75DD" w14:paraId="2C2E75BB" w14:textId="77777777" w:rsidTr="00995AF6">
        <w:trPr>
          <w:jc w:val="center"/>
        </w:trPr>
        <w:tc>
          <w:tcPr>
            <w:tcW w:w="2948" w:type="dxa"/>
            <w:tcBorders>
              <w:top w:val="single" w:sz="0" w:space="0" w:color="FFFFFF"/>
              <w:left w:val="single" w:sz="0" w:space="0" w:color="FFFFFF"/>
              <w:bottom w:val="single" w:sz="0" w:space="0" w:color="FFFFFF"/>
              <w:right w:val="single" w:sz="0" w:space="0" w:color="FFFFFF"/>
            </w:tcBorders>
          </w:tcPr>
          <w:p w14:paraId="675429E8" w14:textId="77777777" w:rsidR="00CE75DD" w:rsidRDefault="00000000">
            <w:r>
              <w:rPr>
                <w:b/>
              </w:rPr>
              <w:t>Başvuru Tarihi</w:t>
            </w:r>
          </w:p>
        </w:tc>
        <w:tc>
          <w:tcPr>
            <w:tcW w:w="2948" w:type="dxa"/>
            <w:tcBorders>
              <w:top w:val="single" w:sz="0" w:space="0" w:color="FFFFFF"/>
              <w:left w:val="single" w:sz="0" w:space="0" w:color="FFFFFF"/>
              <w:bottom w:val="single" w:sz="0" w:space="0" w:color="FFFFFF"/>
              <w:right w:val="single" w:sz="0" w:space="0" w:color="FFFFFF"/>
            </w:tcBorders>
          </w:tcPr>
          <w:p w14:paraId="22D8A24B" w14:textId="2A173E42" w:rsidR="00CE75DD" w:rsidRDefault="00000000">
            <w:r>
              <w:t>....</w:t>
            </w:r>
            <w:r w:rsidR="0099661F">
              <w:t xml:space="preserve"> </w:t>
            </w:r>
            <w:r>
              <w:t xml:space="preserve"> / ....</w:t>
            </w:r>
            <w:r w:rsidR="0099661F">
              <w:t xml:space="preserve"> </w:t>
            </w:r>
            <w:r>
              <w:t xml:space="preserve"> / 20</w:t>
            </w:r>
            <w:r w:rsidR="008E4F31">
              <w:t>26</w:t>
            </w:r>
          </w:p>
        </w:tc>
        <w:tc>
          <w:tcPr>
            <w:tcW w:w="4530" w:type="dxa"/>
            <w:tcBorders>
              <w:top w:val="single" w:sz="0" w:space="0" w:color="FFFFFF"/>
              <w:left w:val="single" w:sz="0" w:space="0" w:color="FFFFFF"/>
              <w:bottom w:val="single" w:sz="0" w:space="0" w:color="FFFFFF"/>
              <w:right w:val="single" w:sz="0" w:space="0" w:color="FFFFFF"/>
            </w:tcBorders>
          </w:tcPr>
          <w:p w14:paraId="6BD6D822" w14:textId="77777777" w:rsidR="00CE75DD" w:rsidRDefault="00CE75DD"/>
        </w:tc>
      </w:tr>
      <w:tr w:rsidR="00CE75DD" w14:paraId="55A096BB" w14:textId="77777777" w:rsidTr="00995AF6">
        <w:trPr>
          <w:jc w:val="center"/>
        </w:trPr>
        <w:tc>
          <w:tcPr>
            <w:tcW w:w="2948" w:type="dxa"/>
            <w:tcBorders>
              <w:top w:val="single" w:sz="0" w:space="0" w:color="FFFFFF"/>
              <w:left w:val="single" w:sz="0" w:space="0" w:color="FFFFFF"/>
              <w:bottom w:val="single" w:sz="0" w:space="0" w:color="FFFFFF"/>
              <w:right w:val="single" w:sz="0" w:space="0" w:color="FFFFFF"/>
            </w:tcBorders>
          </w:tcPr>
          <w:p w14:paraId="0D6757A3" w14:textId="77777777" w:rsidR="00CE75DD" w:rsidRDefault="00000000">
            <w:r>
              <w:t>Başvuru Sahibi</w:t>
            </w:r>
          </w:p>
        </w:tc>
        <w:tc>
          <w:tcPr>
            <w:tcW w:w="2948" w:type="dxa"/>
            <w:tcBorders>
              <w:top w:val="single" w:sz="0" w:space="0" w:color="FFFFFF"/>
              <w:left w:val="single" w:sz="0" w:space="0" w:color="FFFFFF"/>
              <w:bottom w:val="single" w:sz="0" w:space="0" w:color="FFFFFF"/>
              <w:right w:val="single" w:sz="0" w:space="0" w:color="FFFFFF"/>
            </w:tcBorders>
          </w:tcPr>
          <w:p w14:paraId="5E3C77D7" w14:textId="77777777" w:rsidR="0099661F" w:rsidRDefault="00000000">
            <w:r>
              <w:t xml:space="preserve">Ad Soyad: </w:t>
            </w:r>
          </w:p>
          <w:p w14:paraId="5099AD61" w14:textId="2C1C8C3B" w:rsidR="00CE75DD" w:rsidRDefault="00000000">
            <w:r>
              <w:t>........................................</w:t>
            </w:r>
          </w:p>
        </w:tc>
        <w:tc>
          <w:tcPr>
            <w:tcW w:w="4530" w:type="dxa"/>
            <w:tcBorders>
              <w:top w:val="single" w:sz="0" w:space="0" w:color="FFFFFF"/>
              <w:left w:val="single" w:sz="0" w:space="0" w:color="FFFFFF"/>
              <w:bottom w:val="single" w:sz="0" w:space="0" w:color="FFFFFF"/>
              <w:right w:val="single" w:sz="0" w:space="0" w:color="FFFFFF"/>
            </w:tcBorders>
          </w:tcPr>
          <w:p w14:paraId="329D3FAD" w14:textId="77777777" w:rsidR="00CE75DD" w:rsidRDefault="00CE75DD"/>
        </w:tc>
      </w:tr>
      <w:tr w:rsidR="00CE75DD" w14:paraId="2DCFCF08" w14:textId="77777777" w:rsidTr="00995AF6">
        <w:trPr>
          <w:jc w:val="center"/>
        </w:trPr>
        <w:tc>
          <w:tcPr>
            <w:tcW w:w="2948" w:type="dxa"/>
            <w:tcBorders>
              <w:top w:val="single" w:sz="0" w:space="0" w:color="FFFFFF"/>
              <w:left w:val="single" w:sz="0" w:space="0" w:color="FFFFFF"/>
              <w:bottom w:val="single" w:sz="0" w:space="0" w:color="FFFFFF"/>
              <w:right w:val="single" w:sz="0" w:space="0" w:color="FFFFFF"/>
            </w:tcBorders>
          </w:tcPr>
          <w:p w14:paraId="0CC35755" w14:textId="77777777" w:rsidR="00CE75DD" w:rsidRDefault="00CE75DD"/>
        </w:tc>
        <w:tc>
          <w:tcPr>
            <w:tcW w:w="2948" w:type="dxa"/>
            <w:tcBorders>
              <w:top w:val="single" w:sz="0" w:space="0" w:color="FFFFFF"/>
              <w:left w:val="single" w:sz="0" w:space="0" w:color="FFFFFF"/>
              <w:bottom w:val="single" w:sz="0" w:space="0" w:color="FFFFFF"/>
              <w:right w:val="single" w:sz="0" w:space="0" w:color="FFFFFF"/>
            </w:tcBorders>
          </w:tcPr>
          <w:p w14:paraId="46EA7879" w14:textId="77777777" w:rsidR="0099661F" w:rsidRDefault="0099661F"/>
          <w:p w14:paraId="1A3BDA1C" w14:textId="77777777" w:rsidR="0099661F" w:rsidRDefault="00000000">
            <w:r>
              <w:t xml:space="preserve">İmza: </w:t>
            </w:r>
          </w:p>
          <w:p w14:paraId="3CFA11B9" w14:textId="50CE6D17" w:rsidR="00CE75DD" w:rsidRDefault="00000000">
            <w:r>
              <w:t>...............................................</w:t>
            </w:r>
          </w:p>
        </w:tc>
        <w:tc>
          <w:tcPr>
            <w:tcW w:w="4530" w:type="dxa"/>
            <w:tcBorders>
              <w:top w:val="single" w:sz="0" w:space="0" w:color="FFFFFF"/>
              <w:left w:val="single" w:sz="0" w:space="0" w:color="FFFFFF"/>
              <w:bottom w:val="single" w:sz="0" w:space="0" w:color="FFFFFF"/>
              <w:right w:val="single" w:sz="0" w:space="0" w:color="FFFFFF"/>
            </w:tcBorders>
          </w:tcPr>
          <w:p w14:paraId="6086C8BC" w14:textId="77777777" w:rsidR="00CE75DD" w:rsidRDefault="00CE75DD"/>
        </w:tc>
      </w:tr>
      <w:tr w:rsidR="00CE75DD" w14:paraId="4F5BFD78" w14:textId="77777777">
        <w:trPr>
          <w:jc w:val="center"/>
        </w:trPr>
        <w:tc>
          <w:tcPr>
            <w:tcW w:w="10426" w:type="dxa"/>
            <w:gridSpan w:val="3"/>
            <w:tcBorders>
              <w:top w:val="single" w:sz="8" w:space="0" w:color="1F4E79"/>
              <w:left w:val="single" w:sz="8" w:space="0" w:color="1F4E79"/>
              <w:bottom w:val="single" w:sz="8" w:space="0" w:color="1F4E79"/>
              <w:right w:val="single" w:sz="8" w:space="0" w:color="1F4E79"/>
            </w:tcBorders>
            <w:shd w:val="clear" w:color="auto" w:fill="1F4E79"/>
          </w:tcPr>
          <w:p w14:paraId="30A89B56" w14:textId="77777777" w:rsidR="00CE75DD" w:rsidRDefault="00000000">
            <w:pPr>
              <w:spacing w:after="0"/>
            </w:pPr>
            <w:r>
              <w:rPr>
                <w:b/>
                <w:color w:val="FFFFFF"/>
                <w:sz w:val="21"/>
              </w:rPr>
              <w:t>C) AİDAT VE DERNEK İÇİ İLETİŞİM ONAYI</w:t>
            </w:r>
          </w:p>
        </w:tc>
      </w:tr>
    </w:tbl>
    <w:p w14:paraId="070DE1B0" w14:textId="77777777" w:rsidR="00CE75DD" w:rsidRDefault="00000000">
      <w:pPr>
        <w:spacing w:after="40"/>
        <w:jc w:val="both"/>
      </w:pPr>
      <w:r>
        <w:rPr>
          <w:sz w:val="19"/>
        </w:rPr>
        <w:t>Dernek tüzüğü ve yetkili organ kararları uyarınca belirlenen giriş aidatı ve/veya yıllık aidatı ödemeyi kabul ederim. Dernek faaliyetleri, toplantılar, eğitimler, genel kurul işlemleri, aidat ve üyelik duyuruları hakkında tarafıma aşağıdaki kanallardan bilgilendirme yapılmasını kabul ederim.</w:t>
      </w:r>
    </w:p>
    <w:p w14:paraId="3A97C879" w14:textId="77777777" w:rsidR="00CE75DD" w:rsidRDefault="00000000">
      <w:pPr>
        <w:spacing w:after="20"/>
      </w:pPr>
      <w:proofErr w:type="gramStart"/>
      <w:r>
        <w:rPr>
          <w:sz w:val="18"/>
        </w:rPr>
        <w:t>[  ]</w:t>
      </w:r>
      <w:proofErr w:type="gramEnd"/>
      <w:r>
        <w:rPr>
          <w:sz w:val="18"/>
        </w:rPr>
        <w:t xml:space="preserve"> SMS / telefon yoluyla bilgilendirme yapılmasını kabul ediyorum.</w:t>
      </w:r>
    </w:p>
    <w:p w14:paraId="6BF291E3" w14:textId="77777777" w:rsidR="00CE75DD" w:rsidRDefault="00000000">
      <w:pPr>
        <w:spacing w:after="20"/>
      </w:pPr>
      <w:proofErr w:type="gramStart"/>
      <w:r>
        <w:rPr>
          <w:sz w:val="18"/>
        </w:rPr>
        <w:t>[  ]</w:t>
      </w:r>
      <w:proofErr w:type="gramEnd"/>
      <w:r>
        <w:rPr>
          <w:sz w:val="18"/>
        </w:rPr>
        <w:t xml:space="preserve"> E-posta yoluyla bilgilendirme yapılmasını kabul ediyorum.</w:t>
      </w:r>
    </w:p>
    <w:p w14:paraId="53D399B0" w14:textId="77777777" w:rsidR="00CE75DD" w:rsidRDefault="00000000">
      <w:pPr>
        <w:spacing w:after="20"/>
      </w:pPr>
      <w:proofErr w:type="gramStart"/>
      <w:r>
        <w:rPr>
          <w:sz w:val="18"/>
        </w:rPr>
        <w:t>[  ]</w:t>
      </w:r>
      <w:proofErr w:type="gramEnd"/>
      <w:r>
        <w:rPr>
          <w:sz w:val="18"/>
        </w:rPr>
        <w:t xml:space="preserve"> Mesajlaşma uygulamaları yoluyla bilgilendirme yapılmasını kabul ediyorum.</w:t>
      </w:r>
    </w:p>
    <w:tbl>
      <w:tblPr>
        <w:tblW w:w="0" w:type="auto"/>
        <w:jc w:val="center"/>
        <w:tblLook w:val="04A0" w:firstRow="1" w:lastRow="0" w:firstColumn="1" w:lastColumn="0" w:noHBand="0" w:noVBand="1"/>
      </w:tblPr>
      <w:tblGrid>
        <w:gridCol w:w="10426"/>
      </w:tblGrid>
      <w:tr w:rsidR="00CE75DD" w14:paraId="7EC9CDFE" w14:textId="77777777">
        <w:trPr>
          <w:jc w:val="center"/>
        </w:trPr>
        <w:tc>
          <w:tcPr>
            <w:tcW w:w="10426" w:type="dxa"/>
            <w:tcBorders>
              <w:top w:val="single" w:sz="8" w:space="0" w:color="1F4E79"/>
              <w:left w:val="single" w:sz="8" w:space="0" w:color="1F4E79"/>
              <w:bottom w:val="single" w:sz="8" w:space="0" w:color="1F4E79"/>
              <w:right w:val="single" w:sz="8" w:space="0" w:color="1F4E79"/>
            </w:tcBorders>
            <w:shd w:val="clear" w:color="auto" w:fill="1F4E79"/>
          </w:tcPr>
          <w:p w14:paraId="77BBE840" w14:textId="77777777" w:rsidR="00CE75DD" w:rsidRDefault="00000000">
            <w:pPr>
              <w:spacing w:after="0"/>
            </w:pPr>
            <w:r>
              <w:rPr>
                <w:b/>
                <w:color w:val="FFFFFF"/>
                <w:sz w:val="21"/>
              </w:rPr>
              <w:t>D) KİŞİSEL VERİLERİN İŞLENMESİNE İLİŞKİN BİLGİLENDİRME</w:t>
            </w:r>
          </w:p>
        </w:tc>
      </w:tr>
    </w:tbl>
    <w:p w14:paraId="09C9023F" w14:textId="77777777" w:rsidR="00CE75DD" w:rsidRDefault="00000000">
      <w:pPr>
        <w:spacing w:after="80"/>
        <w:jc w:val="both"/>
        <w:rPr>
          <w:sz w:val="18"/>
        </w:rPr>
      </w:pPr>
      <w:r>
        <w:rPr>
          <w:sz w:val="18"/>
        </w:rPr>
        <w:t>Kimlik, iletişim, meslek, öğrenim ve üyelik bilgilerimin; üyelik başvurumun değerlendirilmesi, üye kayıt defteri ve DERBİS işlemlerinin yürütülmesi, aidat takibi, dernek faaliyetlerinin planlanması, dernek içi iletişimin sağlanması ve mevzuattan kaynaklanan yükümlülüklerin yerine getirilmesi amaçlarıyla Gümrük Muayene Memurları Derneği tarafından işlenebileceği konusunda bilgilendirildim. Mevzuat gereği gerekli hallerde bilgilerimin yetkili kamu kurum ve kuruluşlarına aktarılabileceğini biliyorum.</w:t>
      </w:r>
    </w:p>
    <w:tbl>
      <w:tblPr>
        <w:tblW w:w="0" w:type="auto"/>
        <w:jc w:val="center"/>
        <w:tblLook w:val="04A0" w:firstRow="1" w:lastRow="0" w:firstColumn="1" w:lastColumn="0" w:noHBand="0" w:noVBand="1"/>
      </w:tblPr>
      <w:tblGrid>
        <w:gridCol w:w="4422"/>
        <w:gridCol w:w="6004"/>
      </w:tblGrid>
      <w:tr w:rsidR="00CE75DD" w14:paraId="7EAC1D35" w14:textId="77777777" w:rsidTr="00345806">
        <w:trPr>
          <w:jc w:val="center"/>
        </w:trPr>
        <w:tc>
          <w:tcPr>
            <w:tcW w:w="4422" w:type="dxa"/>
            <w:tcBorders>
              <w:top w:val="single" w:sz="0" w:space="0" w:color="FFFFFF"/>
              <w:left w:val="single" w:sz="0" w:space="0" w:color="FFFFFF"/>
              <w:bottom w:val="single" w:sz="0" w:space="0" w:color="FFFFFF"/>
              <w:right w:val="single" w:sz="0" w:space="0" w:color="FFFFFF"/>
            </w:tcBorders>
          </w:tcPr>
          <w:p w14:paraId="7F67ED45" w14:textId="77777777" w:rsidR="00CE75DD" w:rsidRDefault="00000000">
            <w:r>
              <w:rPr>
                <w:sz w:val="19"/>
              </w:rPr>
              <w:t>Ad Soyad: ....................................................</w:t>
            </w:r>
          </w:p>
        </w:tc>
        <w:tc>
          <w:tcPr>
            <w:tcW w:w="6004" w:type="dxa"/>
            <w:tcBorders>
              <w:top w:val="single" w:sz="0" w:space="0" w:color="FFFFFF"/>
              <w:left w:val="single" w:sz="0" w:space="0" w:color="FFFFFF"/>
              <w:bottom w:val="single" w:sz="0" w:space="0" w:color="FFFFFF"/>
              <w:right w:val="single" w:sz="0" w:space="0" w:color="FFFFFF"/>
            </w:tcBorders>
          </w:tcPr>
          <w:p w14:paraId="51066DB8" w14:textId="77777777" w:rsidR="00CE75DD" w:rsidRDefault="00000000">
            <w:r>
              <w:rPr>
                <w:sz w:val="19"/>
              </w:rPr>
              <w:t>Tarih: .... / .... / 20....</w:t>
            </w:r>
          </w:p>
        </w:tc>
      </w:tr>
      <w:tr w:rsidR="00CE75DD" w14:paraId="22D16FB0" w14:textId="77777777" w:rsidTr="00345806">
        <w:trPr>
          <w:jc w:val="center"/>
        </w:trPr>
        <w:tc>
          <w:tcPr>
            <w:tcW w:w="4422" w:type="dxa"/>
            <w:tcBorders>
              <w:top w:val="single" w:sz="0" w:space="0" w:color="FFFFFF"/>
              <w:left w:val="single" w:sz="0" w:space="0" w:color="FFFFFF"/>
              <w:bottom w:val="single" w:sz="0" w:space="0" w:color="FFFFFF"/>
              <w:right w:val="single" w:sz="0" w:space="0" w:color="FFFFFF"/>
            </w:tcBorders>
          </w:tcPr>
          <w:p w14:paraId="60AA3350" w14:textId="77777777" w:rsidR="0099661F" w:rsidRDefault="0099661F">
            <w:pPr>
              <w:rPr>
                <w:sz w:val="19"/>
              </w:rPr>
            </w:pPr>
          </w:p>
          <w:p w14:paraId="2BE973A4" w14:textId="22861991" w:rsidR="008E4F31" w:rsidRDefault="00000000" w:rsidP="0008449A">
            <w:r>
              <w:rPr>
                <w:sz w:val="19"/>
              </w:rPr>
              <w:t>İmza: ...........................................................</w:t>
            </w:r>
          </w:p>
        </w:tc>
        <w:tc>
          <w:tcPr>
            <w:tcW w:w="6004" w:type="dxa"/>
            <w:tcBorders>
              <w:top w:val="single" w:sz="0" w:space="0" w:color="FFFFFF"/>
              <w:left w:val="single" w:sz="0" w:space="0" w:color="FFFFFF"/>
              <w:bottom w:val="single" w:sz="0" w:space="0" w:color="FFFFFF"/>
              <w:right w:val="single" w:sz="0" w:space="0" w:color="FFFFFF"/>
            </w:tcBorders>
          </w:tcPr>
          <w:p w14:paraId="360617F2" w14:textId="77777777" w:rsidR="00CE75DD" w:rsidRDefault="00CE75DD"/>
        </w:tc>
      </w:tr>
    </w:tbl>
    <w:p w14:paraId="73BEF440" w14:textId="77777777" w:rsidR="00013DEE" w:rsidRDefault="00013DEE"/>
    <w:sectPr w:rsidR="00013DEE" w:rsidSect="00034616">
      <w:pgSz w:w="12240" w:h="15840"/>
      <w:pgMar w:top="794" w:right="907" w:bottom="73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53422A" w14:textId="77777777" w:rsidR="00C846C4" w:rsidRDefault="00C846C4">
      <w:pPr>
        <w:spacing w:after="0" w:line="240" w:lineRule="auto"/>
      </w:pPr>
      <w:r>
        <w:separator/>
      </w:r>
    </w:p>
  </w:endnote>
  <w:endnote w:type="continuationSeparator" w:id="0">
    <w:p w14:paraId="7DEE5686" w14:textId="77777777" w:rsidR="00C846C4" w:rsidRDefault="00C84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6D0A42" w14:textId="77777777" w:rsidR="00C846C4" w:rsidRDefault="00C846C4">
      <w:pPr>
        <w:spacing w:after="0" w:line="240" w:lineRule="auto"/>
      </w:pPr>
      <w:r>
        <w:separator/>
      </w:r>
    </w:p>
  </w:footnote>
  <w:footnote w:type="continuationSeparator" w:id="0">
    <w:p w14:paraId="03236429" w14:textId="77777777" w:rsidR="00C846C4" w:rsidRDefault="00C846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834297643">
    <w:abstractNumId w:val="8"/>
  </w:num>
  <w:num w:numId="2" w16cid:durableId="105004468">
    <w:abstractNumId w:val="6"/>
  </w:num>
  <w:num w:numId="3" w16cid:durableId="2146846063">
    <w:abstractNumId w:val="5"/>
  </w:num>
  <w:num w:numId="4" w16cid:durableId="906107417">
    <w:abstractNumId w:val="4"/>
  </w:num>
  <w:num w:numId="5" w16cid:durableId="1899050317">
    <w:abstractNumId w:val="7"/>
  </w:num>
  <w:num w:numId="6" w16cid:durableId="1971477808">
    <w:abstractNumId w:val="3"/>
  </w:num>
  <w:num w:numId="7" w16cid:durableId="2064523504">
    <w:abstractNumId w:val="2"/>
  </w:num>
  <w:num w:numId="8" w16cid:durableId="632565572">
    <w:abstractNumId w:val="1"/>
  </w:num>
  <w:num w:numId="9" w16cid:durableId="10034326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DEE"/>
    <w:rsid w:val="00034616"/>
    <w:rsid w:val="0006063C"/>
    <w:rsid w:val="0008449A"/>
    <w:rsid w:val="0015074B"/>
    <w:rsid w:val="001F14CD"/>
    <w:rsid w:val="0029639D"/>
    <w:rsid w:val="00326F90"/>
    <w:rsid w:val="00345806"/>
    <w:rsid w:val="00661853"/>
    <w:rsid w:val="008E4F31"/>
    <w:rsid w:val="00995AF6"/>
    <w:rsid w:val="0099661F"/>
    <w:rsid w:val="00AA1D8D"/>
    <w:rsid w:val="00B47730"/>
    <w:rsid w:val="00C846C4"/>
    <w:rsid w:val="00CB0664"/>
    <w:rsid w:val="00CE75DD"/>
    <w:rsid w:val="00CF02F7"/>
    <w:rsid w:val="00FC693F"/>
    <w:rsid w:val="00FF25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7D4C9"/>
  <w14:defaultImageDpi w14:val="300"/>
  <w15:docId w15:val="{50FB4719-D19D-492D-8C06-BE2026BE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eastAsia="Arial" w:hAnsi="Arial"/>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294</Words>
  <Characters>2567</Characters>
  <Application>Microsoft Office Word</Application>
  <DocSecurity>0</DocSecurity>
  <Lines>64</Lines>
  <Paragraphs>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GMMD Güncel Üyelik Başvuru Formu</vt:lpstr>
      <vt:lpstr/>
    </vt:vector>
  </TitlesOfParts>
  <Manager/>
  <Company/>
  <LinksUpToDate>false</LinksUpToDate>
  <CharactersWithSpaces>2815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GMMD Güncel Üyelik Başvuru Formu</dc:title>
  <dc:subject>DERBİS gerçek kişi üye kayıt ekranına göre güncel üyelik başvuru formu</dc:subject>
  <dc:creator>Gümrük Muayene Memurları Derneği</dc:creator>
  <cp:keywords>GMMD, Dernek, Üyelik, DERBİS</cp:keywords>
  <dc:description>generated by python-docx</dc:description>
  <cp:lastModifiedBy>ali algan</cp:lastModifiedBy>
  <cp:revision>5</cp:revision>
  <cp:lastPrinted>2026-07-02T15:37:00Z</cp:lastPrinted>
  <dcterms:created xsi:type="dcterms:W3CDTF">2013-12-23T23:15:00Z</dcterms:created>
  <dcterms:modified xsi:type="dcterms:W3CDTF">2026-08-18T21:50:00Z</dcterms:modified>
  <cp:category/>
</cp:coreProperties>
</file>